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Медична сестра в Україні сьогодні — це не просто професія. Це витривалість, тиша між сиренами і руки, які не мають права тремтіти, навіть коли страшно.</w:t>
      </w:r>
    </w:p>
    <w:p/>
    <w:p>
      <w:r>
        <w:t>Вони приходять на зміну раніше, ніж сходить сонце, і часто йдуть пізніше, ніж закінчується день. Поруч — біль, втома, тривога пацієнтів і родин. А вдома — власні турботи, які ніхто не скасовував. Але вони все одно повертаються. Бо знають: якщо не вони, то хто?</w:t>
      </w:r>
    </w:p>
    <w:p/>
    <w:p>
      <w:r>
        <w:t>Їхня робота — це не лише уколи, крапельниці чи перев’язки. Це слово підтримки, коли людині найважче. Це уважний погляд, що помічає небезпеку раніше за прилади. Це відповідальність за життя, яку не виміряти жодною зарплатою.</w:t>
      </w:r>
    </w:p>
    <w:p/>
    <w:p>
      <w:r>
        <w:t>Парадоксально, але саме на цих сильних і тихих людях тримається вся медична система. Вони — її серце і нерви водночас. І хоча їхня праця часто недооцінена матеріально, її справжня цінність вимірюється врятованими життями, полегшеним болем і надією, яку вони дарують щодня.</w:t>
      </w:r>
    </w:p>
    <w:p/>
    <w:p>
      <w:r>
        <w:t>Медсестра в Україні — це символ стійкості. Це людина, яка вміє бути опорою для інших, навіть коли самій важко стояти. І поки вони поруч, у світі ще є місце для турботи, людяності та віри.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